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AA9E7" w14:textId="77777777" w:rsidR="00267C88" w:rsidRPr="00B77BDE" w:rsidRDefault="00E63519">
      <w:pPr>
        <w:jc w:val="center"/>
        <w:rPr>
          <w:rFonts w:ascii="Verdana" w:hAnsi="Verdana"/>
        </w:rPr>
      </w:pPr>
      <w:r w:rsidRPr="00B77BDE">
        <w:rPr>
          <w:rFonts w:ascii="Verdana" w:hAnsi="Verdana"/>
          <w:b/>
          <w:color w:val="18445F"/>
        </w:rPr>
        <w:t>ISTITUTO VENDITE SRL  |  ISTITUTO VENDITE GIUDIZIARIE FERRARA  |  ERA CASA ASTE</w:t>
      </w:r>
    </w:p>
    <w:p w14:paraId="1D84D44B" w14:textId="77777777" w:rsidR="00267C88" w:rsidRPr="00B77BDE" w:rsidRDefault="00E63519">
      <w:pPr>
        <w:jc w:val="center"/>
        <w:rPr>
          <w:rFonts w:ascii="Verdana" w:hAnsi="Verdana"/>
        </w:rPr>
      </w:pPr>
      <w:r w:rsidRPr="00B77BDE">
        <w:rPr>
          <w:rFonts w:ascii="Verdana" w:hAnsi="Verdana"/>
          <w:b/>
          <w:color w:val="18445F"/>
          <w:sz w:val="26"/>
        </w:rPr>
        <w:t>DOMANDA DI PARTECIPAZIONE ALL’ASTA</w:t>
      </w:r>
      <w:r w:rsidRPr="00B77BDE">
        <w:rPr>
          <w:rFonts w:ascii="Verdana" w:hAnsi="Verdana"/>
          <w:b/>
          <w:color w:val="18445F"/>
          <w:sz w:val="26"/>
        </w:rPr>
        <w:br/>
        <w:t>CESSIONE DI QUOTE, AZIENDA O RAMO D’AZIENDA</w:t>
      </w:r>
    </w:p>
    <w:p w14:paraId="0BD0FEC4" w14:textId="77777777" w:rsidR="00267C88" w:rsidRPr="00B77BDE" w:rsidRDefault="00E63519">
      <w:pPr>
        <w:jc w:val="center"/>
        <w:rPr>
          <w:rFonts w:ascii="Verdana" w:hAnsi="Verdana"/>
        </w:rPr>
      </w:pPr>
      <w:r w:rsidRPr="00B77BDE">
        <w:rPr>
          <w:rFonts w:ascii="Verdana" w:hAnsi="Verdana"/>
          <w:b/>
        </w:rPr>
        <w:t>PARTECIPAZIONE IN SALA ASTE</w:t>
      </w:r>
    </w:p>
    <w:p w14:paraId="6BCA5D8C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 xml:space="preserve">Marca da bollo € 16,00, ove dovuta secondo il bando e la </w:t>
      </w:r>
      <w:r w:rsidRPr="00B77BDE">
        <w:rPr>
          <w:rFonts w:ascii="Verdana" w:hAnsi="Verdana"/>
        </w:rPr>
        <w:t>normativa applicabile.</w:t>
      </w:r>
    </w:p>
    <w:p w14:paraId="4D73B47A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FACSIMILE — Verificare sempre il bando di vendita: modalità e termine di deposito, cauzione, documentazione richiesta e condizioni specifiche della cessione.</w:t>
      </w:r>
    </w:p>
    <w:p w14:paraId="6ADF8675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1. DATI DELLA PROCEDURA</w:t>
      </w:r>
    </w:p>
    <w:p w14:paraId="1C36240D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Tribunale  ........................................</w:t>
      </w:r>
      <w:r w:rsidRPr="00B77BDE">
        <w:rPr>
          <w:rFonts w:ascii="Verdana" w:hAnsi="Verdana"/>
        </w:rPr>
        <w:t>....................................</w:t>
      </w:r>
    </w:p>
    <w:p w14:paraId="6411CFC7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Procedura n.  ............................................................................</w:t>
      </w:r>
    </w:p>
    <w:p w14:paraId="1A5CE2F5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Curatore / Liquidatore / Commissario  ............................................................................</w:t>
      </w:r>
    </w:p>
    <w:p w14:paraId="787B866D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Data e ora de</w:t>
      </w:r>
      <w:r w:rsidRPr="00B77BDE">
        <w:rPr>
          <w:rFonts w:ascii="Verdana" w:hAnsi="Verdana"/>
        </w:rPr>
        <w:t>lla vendita  ............................................................................</w:t>
      </w:r>
    </w:p>
    <w:p w14:paraId="35E0F0FE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2. DATI DELL’OFFERENTE</w:t>
      </w:r>
    </w:p>
    <w:p w14:paraId="118A219C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Nome e cognome  ............................................................................</w:t>
      </w:r>
    </w:p>
    <w:p w14:paraId="7B380F45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Luogo e data di nascita  .........................</w:t>
      </w:r>
      <w:r w:rsidRPr="00B77BDE">
        <w:rPr>
          <w:rFonts w:ascii="Verdana" w:hAnsi="Verdana"/>
        </w:rPr>
        <w:t>...................................................</w:t>
      </w:r>
    </w:p>
    <w:p w14:paraId="30AED3B6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Codice fiscale  ............................................................................</w:t>
      </w:r>
    </w:p>
    <w:p w14:paraId="3DFCBA85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Residenza (Comune, CAP, indirizzo)  ...........................................................................</w:t>
      </w:r>
      <w:r w:rsidRPr="00B77BDE">
        <w:rPr>
          <w:rFonts w:ascii="Verdana" w:hAnsi="Verdana"/>
        </w:rPr>
        <w:t>.</w:t>
      </w:r>
    </w:p>
    <w:p w14:paraId="238C4C25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Documento (tipo, n., rilascio e data)  ............................................................................</w:t>
      </w:r>
    </w:p>
    <w:p w14:paraId="5851FA63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Telefono / email / PEC  ............................................................................</w:t>
      </w:r>
    </w:p>
    <w:p w14:paraId="5BFF84BA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3. SITUAZIONE PERSONALE E RAPPRESENTA</w:t>
      </w:r>
      <w:r w:rsidRPr="00B77BDE">
        <w:rPr>
          <w:rFonts w:ascii="Verdana" w:hAnsi="Verdana"/>
          <w:color w:val="18445F"/>
          <w:sz w:val="20"/>
        </w:rPr>
        <w:t>NZA</w:t>
      </w:r>
    </w:p>
    <w:p w14:paraId="7493A876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Persona fisica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Societ</w:t>
      </w:r>
      <w:r w:rsidRPr="00B77BDE">
        <w:rPr>
          <w:rFonts w:ascii="Verdana" w:hAnsi="Verdana" w:cs="Verdana"/>
        </w:rPr>
        <w:t>à</w:t>
      </w:r>
      <w:r w:rsidRPr="00B77BDE">
        <w:rPr>
          <w:rFonts w:ascii="Verdana" w:hAnsi="Verdana"/>
        </w:rPr>
        <w:t xml:space="preserve"> / ente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Pi</w:t>
      </w:r>
      <w:r w:rsidRPr="00B77BDE">
        <w:rPr>
          <w:rFonts w:ascii="Verdana" w:hAnsi="Verdana" w:cs="Verdana"/>
        </w:rPr>
        <w:t>ù</w:t>
      </w:r>
      <w:r w:rsidRPr="00B77BDE">
        <w:rPr>
          <w:rFonts w:ascii="Verdana" w:hAnsi="Verdana"/>
        </w:rPr>
        <w:t xml:space="preserve"> offerenti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Minorenne</w:t>
      </w:r>
    </w:p>
    <w:p w14:paraId="5FB2AF5A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Coniugato in comunione legale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Altro regime / stato civile</w:t>
      </w:r>
    </w:p>
    <w:p w14:paraId="64FDEC88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Dati del coniuge (se pertinenti): nome, CF, residenza e documento</w:t>
      </w:r>
    </w:p>
    <w:p w14:paraId="7C67F944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Denominazione / ragione sociale (se pertinente</w:t>
      </w:r>
      <w:r w:rsidRPr="00B77BDE">
        <w:rPr>
          <w:rFonts w:ascii="Verdana" w:hAnsi="Verdana"/>
        </w:rPr>
        <w:t>)</w:t>
      </w:r>
    </w:p>
    <w:p w14:paraId="3BD29A11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Sede legale, codice fiscale, partita IVA e codice destinatario</w:t>
      </w:r>
    </w:p>
    <w:p w14:paraId="196D5B77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Telefono / email / PEC della società</w:t>
      </w:r>
    </w:p>
    <w:p w14:paraId="135A9D2E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Titolo e poteri del rappresentante (allegare documentazione)</w:t>
      </w:r>
    </w:p>
    <w:p w14:paraId="164CA2FD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4. OGGETTO DELL’OFFERTA</w:t>
      </w:r>
    </w:p>
    <w:p w14:paraId="15157D02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Il/La sottoscritto/a dichiara di voler partecipare alla vendita indic</w:t>
      </w:r>
      <w:r w:rsidRPr="00B77BDE">
        <w:rPr>
          <w:rFonts w:ascii="Verdana" w:hAnsi="Verdana"/>
        </w:rPr>
        <w:t>ata, con modalità in sala aste, per il seguente lotto:</w:t>
      </w:r>
    </w:p>
    <w:p w14:paraId="746978EF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Lotto n.  ............................................................................</w:t>
      </w:r>
    </w:p>
    <w:p w14:paraId="0D516668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Quote societarie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Azienda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Ramo d</w:t>
      </w:r>
      <w:r w:rsidRPr="00B77BDE">
        <w:rPr>
          <w:rFonts w:ascii="Verdana" w:hAnsi="Verdana" w:cs="Verdana"/>
        </w:rPr>
        <w:t>’</w:t>
      </w:r>
      <w:r w:rsidRPr="00B77BDE">
        <w:rPr>
          <w:rFonts w:ascii="Verdana" w:hAnsi="Verdana"/>
        </w:rPr>
        <w:t xml:space="preserve">azienda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Altro  </w:t>
      </w:r>
      <w:r w:rsidRPr="00B77BDE">
        <w:rPr>
          <w:rFonts w:ascii="Verdana" w:hAnsi="Verdana"/>
        </w:rPr>
        <w:t>............................................................................</w:t>
      </w:r>
    </w:p>
    <w:p w14:paraId="06D267BF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Descrizione del lotto / società / attività interessata  ............................................................................</w:t>
      </w:r>
    </w:p>
    <w:p w14:paraId="50E2B432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Percentuale delle quote (se pertinente)  .....</w:t>
      </w:r>
      <w:r w:rsidRPr="00B77BDE">
        <w:rPr>
          <w:rFonts w:ascii="Verdana" w:hAnsi="Verdana"/>
        </w:rPr>
        <w:t>.......................................................................</w:t>
      </w:r>
    </w:p>
    <w:p w14:paraId="2427C9A4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Importo offerto in cifre (€)  ............................................................................</w:t>
      </w:r>
    </w:p>
    <w:p w14:paraId="256F6C80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Importo offerto in lettere  .................................................</w:t>
      </w:r>
      <w:r w:rsidRPr="00B77BDE">
        <w:rPr>
          <w:rFonts w:ascii="Verdana" w:hAnsi="Verdana"/>
        </w:rPr>
        <w:t>...........................</w:t>
      </w:r>
    </w:p>
    <w:p w14:paraId="3EA22EC3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5. DICHIARAZIONI</w:t>
      </w:r>
    </w:p>
    <w:p w14:paraId="6EE8B485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Di aver preso visione dell’ordinanza e/o del bando di vendita e della documentazione resa disponibile per il lotto.</w:t>
      </w:r>
    </w:p>
    <w:p w14:paraId="70624FAB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lastRenderedPageBreak/>
        <w:t>☐</w:t>
      </w:r>
      <w:r w:rsidRPr="00B77BDE">
        <w:rPr>
          <w:rFonts w:ascii="Verdana" w:hAnsi="Verdana"/>
        </w:rPr>
        <w:t xml:space="preserve"> Di essere consapevole che la cessione avverrà secondo lo stato di fatto e di diritto e le c</w:t>
      </w:r>
      <w:r w:rsidRPr="00B77BDE">
        <w:rPr>
          <w:rFonts w:ascii="Verdana" w:hAnsi="Verdana"/>
        </w:rPr>
        <w:t>ondizioni espressamente indicate nel bando.</w:t>
      </w:r>
    </w:p>
    <w:p w14:paraId="06974EFB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Di accettare le modalità, i termini e le condizioni della vendita come previsti dal bando, inclusi gli adempimenti successivi all’aggiudicazione.</w:t>
      </w:r>
    </w:p>
    <w:p w14:paraId="75BDB066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6. CAUZIONE E ALLEGATI</w:t>
      </w:r>
    </w:p>
    <w:p w14:paraId="09252242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Assegno/i circolare/i: n. ______ import</w:t>
      </w:r>
      <w:r w:rsidRPr="00B77BDE">
        <w:rPr>
          <w:rFonts w:ascii="Verdana" w:hAnsi="Verdana"/>
        </w:rPr>
        <w:t>o totale € __________ intestazione __________________</w:t>
      </w:r>
    </w:p>
    <w:p w14:paraId="709FF259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 xml:space="preserve">   Banca emittente / filiale __________________________ percentuale cauzione ______ %</w:t>
      </w:r>
    </w:p>
    <w:p w14:paraId="43213F43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Bonifico, se ammesso: importo € __________ riferimento TRN/CRO __________________</w:t>
      </w:r>
    </w:p>
    <w:p w14:paraId="6D84BBCA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Contabile del bonifico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D</w:t>
      </w:r>
      <w:r w:rsidRPr="00B77BDE">
        <w:rPr>
          <w:rFonts w:ascii="Verdana" w:hAnsi="Verdana"/>
        </w:rPr>
        <w:t xml:space="preserve">ocumento di identità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Codice fiscale</w:t>
      </w:r>
    </w:p>
    <w:p w14:paraId="1825150B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Documentazione sullo stato civile, ove richiesta</w:t>
      </w:r>
    </w:p>
    <w:p w14:paraId="61A506C2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Visura camerale e documentazione dei poteri di rappresentanza, se applicabile</w:t>
      </w:r>
    </w:p>
    <w:p w14:paraId="1301306C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Procura / autorizzazioni, ove richieste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Altri allegati previsti dal </w:t>
      </w:r>
      <w:r w:rsidRPr="00B77BDE">
        <w:rPr>
          <w:rFonts w:ascii="Verdana" w:hAnsi="Verdana"/>
        </w:rPr>
        <w:t>bando</w:t>
      </w:r>
    </w:p>
    <w:p w14:paraId="2FAB60F3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7. SOTTOSCRIZIONE</w:t>
      </w:r>
    </w:p>
    <w:p w14:paraId="5CB30937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Luogo e data __________________________________     Firma __________________________________</w:t>
      </w:r>
    </w:p>
    <w:p w14:paraId="5B7572FF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AVVERTENZA SUL DEPOSITO: la busta chiusa e le relative diciture devono rispettare esclusivamente le istruzioni del bando. Nel modello origi</w:t>
      </w:r>
      <w:r w:rsidRPr="00B77BDE">
        <w:rPr>
          <w:rFonts w:ascii="Verdana" w:hAnsi="Verdana"/>
        </w:rPr>
        <w:t>nario sono previste le sole generalità del presentatore, il nome del curatore e la data della vendita; per la partecipazione online, la dicitura «PARTECIPAZIONE ON LINE» all’interno della busta.</w:t>
      </w:r>
    </w:p>
    <w:p w14:paraId="43C98FAE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br w:type="page"/>
      </w:r>
    </w:p>
    <w:p w14:paraId="2699E765" w14:textId="77777777" w:rsidR="00267C88" w:rsidRPr="00B77BDE" w:rsidRDefault="00E63519">
      <w:pPr>
        <w:jc w:val="center"/>
        <w:rPr>
          <w:rFonts w:ascii="Verdana" w:hAnsi="Verdana"/>
        </w:rPr>
      </w:pPr>
      <w:r w:rsidRPr="00B77BDE">
        <w:rPr>
          <w:rFonts w:ascii="Verdana" w:hAnsi="Verdana"/>
          <w:b/>
          <w:color w:val="18445F"/>
        </w:rPr>
        <w:lastRenderedPageBreak/>
        <w:t>ISTITUTO VENDITE SRL  |  ISTITUTO VENDITE GIUDIZIARIE FERRA</w:t>
      </w:r>
      <w:r w:rsidRPr="00B77BDE">
        <w:rPr>
          <w:rFonts w:ascii="Verdana" w:hAnsi="Verdana"/>
          <w:b/>
          <w:color w:val="18445F"/>
        </w:rPr>
        <w:t>RA  |  ERA CASA ASTE</w:t>
      </w:r>
    </w:p>
    <w:p w14:paraId="794ED7B8" w14:textId="77777777" w:rsidR="00267C88" w:rsidRPr="00B77BDE" w:rsidRDefault="00E63519">
      <w:pPr>
        <w:jc w:val="center"/>
        <w:rPr>
          <w:rFonts w:ascii="Verdana" w:hAnsi="Verdana"/>
        </w:rPr>
      </w:pPr>
      <w:r w:rsidRPr="00B77BDE">
        <w:rPr>
          <w:rFonts w:ascii="Verdana" w:hAnsi="Verdana"/>
          <w:b/>
          <w:color w:val="18445F"/>
          <w:sz w:val="26"/>
        </w:rPr>
        <w:t>DOMANDA DI PARTECIPAZIONE ALL’ASTA</w:t>
      </w:r>
      <w:r w:rsidRPr="00B77BDE">
        <w:rPr>
          <w:rFonts w:ascii="Verdana" w:hAnsi="Verdana"/>
          <w:b/>
          <w:color w:val="18445F"/>
          <w:sz w:val="26"/>
        </w:rPr>
        <w:br/>
        <w:t>CESSIONE DI QUOTE, AZIENDA O RAMO D’AZIENDA</w:t>
      </w:r>
    </w:p>
    <w:p w14:paraId="60B6995D" w14:textId="77777777" w:rsidR="00267C88" w:rsidRPr="00B77BDE" w:rsidRDefault="00E63519">
      <w:pPr>
        <w:jc w:val="center"/>
        <w:rPr>
          <w:rFonts w:ascii="Verdana" w:hAnsi="Verdana"/>
        </w:rPr>
      </w:pPr>
      <w:r w:rsidRPr="00B77BDE">
        <w:rPr>
          <w:rFonts w:ascii="Verdana" w:hAnsi="Verdana"/>
          <w:b/>
        </w:rPr>
        <w:t>PARTECIPAZIONE ONLINE</w:t>
      </w:r>
    </w:p>
    <w:p w14:paraId="582677CD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Marca da bollo € 16,00, ove dovuta secondo il bando e la normativa applicabile.</w:t>
      </w:r>
    </w:p>
    <w:p w14:paraId="56CEC658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FACSIMILE — Verificare sempre il bando di vendita: mod</w:t>
      </w:r>
      <w:r w:rsidRPr="00B77BDE">
        <w:rPr>
          <w:rFonts w:ascii="Verdana" w:hAnsi="Verdana"/>
        </w:rPr>
        <w:t>alità e termine di deposito, cauzione, documentazione richiesta e condizioni specifiche della cessione.</w:t>
      </w:r>
    </w:p>
    <w:p w14:paraId="559BF3C3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1. DATI DELLA PROCEDURA</w:t>
      </w:r>
    </w:p>
    <w:p w14:paraId="5AE358DA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Tribunale  ............................................................................</w:t>
      </w:r>
    </w:p>
    <w:p w14:paraId="5ED49B4E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 xml:space="preserve">Procedura n.  </w:t>
      </w:r>
      <w:r w:rsidRPr="00B77BDE">
        <w:rPr>
          <w:rFonts w:ascii="Verdana" w:hAnsi="Verdana"/>
        </w:rPr>
        <w:t>............................................................................</w:t>
      </w:r>
    </w:p>
    <w:p w14:paraId="1D56DFB2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Curatore / Liquidatore / Commissario  ............................................................................</w:t>
      </w:r>
    </w:p>
    <w:p w14:paraId="28D079C5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Data e ora della vendita  ......................................</w:t>
      </w:r>
      <w:r w:rsidRPr="00B77BDE">
        <w:rPr>
          <w:rFonts w:ascii="Verdana" w:hAnsi="Verdana"/>
        </w:rPr>
        <w:t>......................................</w:t>
      </w:r>
    </w:p>
    <w:p w14:paraId="60DC46B1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2. DATI DELL’OFFERENTE</w:t>
      </w:r>
    </w:p>
    <w:p w14:paraId="7D90E31E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Nome e cognome  ............................................................................</w:t>
      </w:r>
    </w:p>
    <w:p w14:paraId="3A65E88A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Luogo e data di nascita  ............................................................................</w:t>
      </w:r>
    </w:p>
    <w:p w14:paraId="7296CCAC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Codice fiscale  ............................................................................</w:t>
      </w:r>
    </w:p>
    <w:p w14:paraId="1E36DAD2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Residenza (Comune, CAP, indirizzo)  ............................................................................</w:t>
      </w:r>
    </w:p>
    <w:p w14:paraId="39757957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Documento (tipo, n., rilascio e data)  ..........</w:t>
      </w:r>
      <w:r w:rsidRPr="00B77BDE">
        <w:rPr>
          <w:rFonts w:ascii="Verdana" w:hAnsi="Verdana"/>
        </w:rPr>
        <w:t>..................................................................</w:t>
      </w:r>
    </w:p>
    <w:p w14:paraId="6ABCCA48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Telefono / email / PEC  ............................................................................</w:t>
      </w:r>
    </w:p>
    <w:p w14:paraId="67A91787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Codice ID di iscrizione sul sito www.liveaste.it  ......................................</w:t>
      </w:r>
      <w:r w:rsidRPr="00B77BDE">
        <w:rPr>
          <w:rFonts w:ascii="Verdana" w:hAnsi="Verdana"/>
        </w:rPr>
        <w:t>......................................</w:t>
      </w:r>
    </w:p>
    <w:p w14:paraId="5CF87B0B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3. SITUAZIONE PERSONALE E RAPPRESENTANZA</w:t>
      </w:r>
    </w:p>
    <w:p w14:paraId="43954F81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Persona fisica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Societ</w:t>
      </w:r>
      <w:r w:rsidRPr="00B77BDE">
        <w:rPr>
          <w:rFonts w:ascii="Verdana" w:hAnsi="Verdana" w:cs="Verdana"/>
        </w:rPr>
        <w:t>à</w:t>
      </w:r>
      <w:r w:rsidRPr="00B77BDE">
        <w:rPr>
          <w:rFonts w:ascii="Verdana" w:hAnsi="Verdana"/>
        </w:rPr>
        <w:t xml:space="preserve"> / ente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Pi</w:t>
      </w:r>
      <w:r w:rsidRPr="00B77BDE">
        <w:rPr>
          <w:rFonts w:ascii="Verdana" w:hAnsi="Verdana" w:cs="Verdana"/>
        </w:rPr>
        <w:t>ù</w:t>
      </w:r>
      <w:r w:rsidRPr="00B77BDE">
        <w:rPr>
          <w:rFonts w:ascii="Verdana" w:hAnsi="Verdana"/>
        </w:rPr>
        <w:t xml:space="preserve"> offerenti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Minorenne</w:t>
      </w:r>
    </w:p>
    <w:p w14:paraId="5217E107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Coniugato in comunione legale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Altro regime / stato civile</w:t>
      </w:r>
    </w:p>
    <w:p w14:paraId="7920A939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Dati del coniuge (se pertinenti): no</w:t>
      </w:r>
      <w:r w:rsidRPr="00B77BDE">
        <w:rPr>
          <w:rFonts w:ascii="Verdana" w:hAnsi="Verdana"/>
        </w:rPr>
        <w:t>me, CF, residenza e documento</w:t>
      </w:r>
    </w:p>
    <w:p w14:paraId="7508EE2F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Denominazione / ragione sociale (se pertinente)</w:t>
      </w:r>
    </w:p>
    <w:p w14:paraId="72A6724A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Sede legale, codice fiscale, partita IVA e codice destinatario</w:t>
      </w:r>
    </w:p>
    <w:p w14:paraId="767B6C67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Telefono / email / PEC della società</w:t>
      </w:r>
    </w:p>
    <w:p w14:paraId="77FA9E6E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Titolo e poteri del rappresentante (allegare documentazione)</w:t>
      </w:r>
    </w:p>
    <w:p w14:paraId="649CDB45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4. OGGETTO DELL’O</w:t>
      </w:r>
      <w:r w:rsidRPr="00B77BDE">
        <w:rPr>
          <w:rFonts w:ascii="Verdana" w:hAnsi="Verdana"/>
          <w:color w:val="18445F"/>
          <w:sz w:val="20"/>
        </w:rPr>
        <w:t>FFERTA</w:t>
      </w:r>
    </w:p>
    <w:p w14:paraId="7094C2E6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Il/La sottoscritto/a dichiara di voler partecipare alla vendita indicata, con modalità online, per il seguente lotto:</w:t>
      </w:r>
    </w:p>
    <w:p w14:paraId="1605F3C8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Lotto n.  ............................................................................</w:t>
      </w:r>
    </w:p>
    <w:p w14:paraId="7D660DCE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Quote societarie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Azienda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Ramo </w:t>
      </w:r>
      <w:r w:rsidRPr="00B77BDE">
        <w:rPr>
          <w:rFonts w:ascii="Verdana" w:hAnsi="Verdana"/>
        </w:rPr>
        <w:t xml:space="preserve">d’azienda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Altro  ............................................................................</w:t>
      </w:r>
    </w:p>
    <w:p w14:paraId="4F2C82FC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Descrizione del lotto / società / attività interessata  ............................................................................</w:t>
      </w:r>
    </w:p>
    <w:p w14:paraId="79A9CDCB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Percentuale delle quote</w:t>
      </w:r>
      <w:r w:rsidRPr="00B77BDE">
        <w:rPr>
          <w:rFonts w:ascii="Verdana" w:hAnsi="Verdana"/>
        </w:rPr>
        <w:t xml:space="preserve"> (se pertinente)  ............................................................................</w:t>
      </w:r>
    </w:p>
    <w:p w14:paraId="0248D332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Importo offerto in cifre (€)  ............................................................................</w:t>
      </w:r>
    </w:p>
    <w:p w14:paraId="3EDACEC0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Importo offerto in lettere  ..........................</w:t>
      </w:r>
      <w:r w:rsidRPr="00B77BDE">
        <w:rPr>
          <w:rFonts w:ascii="Verdana" w:hAnsi="Verdana"/>
        </w:rPr>
        <w:t>..................................................</w:t>
      </w:r>
    </w:p>
    <w:p w14:paraId="6B3A6E52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5. DICHIARAZIONI</w:t>
      </w:r>
    </w:p>
    <w:p w14:paraId="3BA73713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Di aver preso visione dell’ordinanza e/o del bando di vendita e della documentazione resa disponibile per il lotto.</w:t>
      </w:r>
    </w:p>
    <w:p w14:paraId="18F8B456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lastRenderedPageBreak/>
        <w:t>☐</w:t>
      </w:r>
      <w:r w:rsidRPr="00B77BDE">
        <w:rPr>
          <w:rFonts w:ascii="Verdana" w:hAnsi="Verdana"/>
        </w:rPr>
        <w:t xml:space="preserve"> Di essere consapevole che la cessione avverrà secondo lo stato di </w:t>
      </w:r>
      <w:r w:rsidRPr="00B77BDE">
        <w:rPr>
          <w:rFonts w:ascii="Verdana" w:hAnsi="Verdana"/>
        </w:rPr>
        <w:t>fatto e di diritto e le condizioni espressamente indicate nel bando.</w:t>
      </w:r>
    </w:p>
    <w:p w14:paraId="182B1851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Di accettare le modalità, i termini e le condizioni della vendita come previsti dal bando, inclusi gli adempimenti successivi all’aggiudicazione.</w:t>
      </w:r>
    </w:p>
    <w:p w14:paraId="4850A36F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6. CAUZIONE E ALLEGATI</w:t>
      </w:r>
    </w:p>
    <w:p w14:paraId="589AA227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</w:t>
      </w:r>
      <w:r w:rsidRPr="00B77BDE">
        <w:rPr>
          <w:rFonts w:ascii="Verdana" w:hAnsi="Verdana"/>
        </w:rPr>
        <w:t>Assegno/i circolare/i: n. ______ importo totale € __________ intestazione __________________</w:t>
      </w:r>
    </w:p>
    <w:p w14:paraId="3F4BA149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 xml:space="preserve">   Banca emittente / filiale __________________________ percentuale cauzione ______ %</w:t>
      </w:r>
    </w:p>
    <w:p w14:paraId="537755AB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Bonifico, se ammesso: importo € __________ riferimento TRN/CRO ____________</w:t>
      </w:r>
      <w:r w:rsidRPr="00B77BDE">
        <w:rPr>
          <w:rFonts w:ascii="Verdana" w:hAnsi="Verdana"/>
        </w:rPr>
        <w:t>______</w:t>
      </w:r>
    </w:p>
    <w:p w14:paraId="241E6D65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Contabile del bonifico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Documento di identit</w:t>
      </w:r>
      <w:r w:rsidRPr="00B77BDE">
        <w:rPr>
          <w:rFonts w:ascii="Verdana" w:hAnsi="Verdana" w:cs="Verdana"/>
        </w:rPr>
        <w:t>à</w:t>
      </w:r>
      <w:r w:rsidRPr="00B77BDE">
        <w:rPr>
          <w:rFonts w:ascii="Verdana" w:hAnsi="Verdana"/>
        </w:rPr>
        <w:t xml:space="preserve">   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Codice fiscale</w:t>
      </w:r>
    </w:p>
    <w:p w14:paraId="3E57813A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Documentazione sullo stato civile, ove richiesta</w:t>
      </w:r>
    </w:p>
    <w:p w14:paraId="3E055720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Visura camerale e documentazione dei poteri di rappresentanza, se applicabile</w:t>
      </w:r>
    </w:p>
    <w:p w14:paraId="6DEC4448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Procura / autorizzazioni, ove richieste   </w:t>
      </w:r>
      <w:r w:rsidRPr="00B77BDE">
        <w:rPr>
          <w:rFonts w:ascii="Verdana" w:hAnsi="Verdana"/>
        </w:rPr>
        <w:t xml:space="preserve">  </w:t>
      </w:r>
      <w:r w:rsidRPr="00B77BDE">
        <w:rPr>
          <w:rFonts w:ascii="Segoe UI Symbol" w:hAnsi="Segoe UI Symbol" w:cs="Segoe UI Symbol"/>
        </w:rPr>
        <w:t>☐</w:t>
      </w:r>
      <w:r w:rsidRPr="00B77BDE">
        <w:rPr>
          <w:rFonts w:ascii="Verdana" w:hAnsi="Verdana"/>
        </w:rPr>
        <w:t xml:space="preserve"> Altri allegati previsti dal bando</w:t>
      </w:r>
    </w:p>
    <w:p w14:paraId="1C04804F" w14:textId="77777777" w:rsidR="00267C88" w:rsidRPr="00B77BDE" w:rsidRDefault="00E63519">
      <w:pPr>
        <w:pStyle w:val="Titolo2"/>
        <w:rPr>
          <w:rFonts w:ascii="Verdana" w:hAnsi="Verdana"/>
        </w:rPr>
      </w:pPr>
      <w:r w:rsidRPr="00B77BDE">
        <w:rPr>
          <w:rFonts w:ascii="Verdana" w:hAnsi="Verdana"/>
          <w:color w:val="18445F"/>
          <w:sz w:val="20"/>
        </w:rPr>
        <w:t>7. SOTTOSCRIZIONE</w:t>
      </w:r>
    </w:p>
    <w:p w14:paraId="73BB1DCE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Luogo e data __________________________________     Firma __________________________________</w:t>
      </w:r>
    </w:p>
    <w:p w14:paraId="6C735022" w14:textId="77777777" w:rsidR="00267C88" w:rsidRPr="00B77BDE" w:rsidRDefault="00E63519">
      <w:pPr>
        <w:rPr>
          <w:rFonts w:ascii="Verdana" w:hAnsi="Verdana"/>
        </w:rPr>
      </w:pPr>
      <w:r w:rsidRPr="00B77BDE">
        <w:rPr>
          <w:rFonts w:ascii="Verdana" w:hAnsi="Verdana"/>
        </w:rPr>
        <w:t>AVVERTENZA SUL DEPOSITO: la busta chiusa e le relative diciture devono rispettare esclusivamente le istruzi</w:t>
      </w:r>
      <w:r w:rsidRPr="00B77BDE">
        <w:rPr>
          <w:rFonts w:ascii="Verdana" w:hAnsi="Verdana"/>
        </w:rPr>
        <w:t>oni del bando. Nel modello originario sono previste le sole generalità del presentatore, il nome del curatore e la data della vendita; per la partecipazione online, la dicitura «PARTECIPAZIONE ON LINE» all’interno della busta.</w:t>
      </w:r>
    </w:p>
    <w:sectPr w:rsidR="00267C88" w:rsidRPr="00B77BDE" w:rsidSect="00034616">
      <w:footerReference w:type="default" r:id="rId8"/>
      <w:pgSz w:w="12240" w:h="15840"/>
      <w:pgMar w:top="1020" w:right="1191" w:bottom="907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EFE0B" w14:textId="77777777" w:rsidR="00E63519" w:rsidRDefault="00E6351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553A566" w14:textId="77777777" w:rsidR="00E63519" w:rsidRDefault="00E6351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F2D3" w14:textId="77777777" w:rsidR="00267C88" w:rsidRDefault="00E63519">
    <w:pPr>
      <w:pStyle w:val="Pidipagina"/>
      <w:jc w:val="center"/>
      <w:rPr>
        <w:rFonts w:hint="eastAsia"/>
      </w:rPr>
    </w:pPr>
    <w:r>
      <w:t>Facsimile op</w:t>
    </w:r>
    <w:r>
      <w:t>erativo — Da verificare con il bando della singola procedura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1024D" w14:textId="77777777" w:rsidR="00E63519" w:rsidRDefault="00E6351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5C3DB4" w14:textId="77777777" w:rsidR="00E63519" w:rsidRDefault="00E6351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7C88"/>
    <w:rsid w:val="0029639D"/>
    <w:rsid w:val="00326F90"/>
    <w:rsid w:val="00AA1D8D"/>
    <w:rsid w:val="00B47730"/>
    <w:rsid w:val="00B77BDE"/>
    <w:rsid w:val="00CB0664"/>
    <w:rsid w:val="00E635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37DDB"/>
  <w14:defaultImageDpi w14:val="300"/>
  <w15:docId w15:val="{1D2B4282-B07E-4F79-BD12-F1CBB8D5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Gioielli</cp:lastModifiedBy>
  <cp:revision>2</cp:revision>
  <dcterms:created xsi:type="dcterms:W3CDTF">2026-10-21T07:20:00Z</dcterms:created>
  <dcterms:modified xsi:type="dcterms:W3CDTF">2026-10-21T07:20:00Z</dcterms:modified>
  <cp:category/>
</cp:coreProperties>
</file>