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62532" w14:textId="77777777" w:rsidR="00716D43" w:rsidRPr="006A0C53" w:rsidRDefault="00302B5F">
      <w:pPr>
        <w:jc w:val="center"/>
        <w:rPr>
          <w:rFonts w:ascii="Verdana" w:hAnsi="Verdana"/>
        </w:rPr>
      </w:pPr>
      <w:r w:rsidRPr="006A0C53">
        <w:rPr>
          <w:rFonts w:ascii="Verdana" w:hAnsi="Verdana"/>
          <w:b/>
          <w:sz w:val="22"/>
        </w:rPr>
        <w:t>ISTITUTO VENDITE SRL  |  ERA CASA ASTE</w:t>
      </w:r>
    </w:p>
    <w:p w14:paraId="5E8DBA9E" w14:textId="77777777" w:rsidR="00716D43" w:rsidRPr="006A0C53" w:rsidRDefault="00302B5F">
      <w:pPr>
        <w:jc w:val="center"/>
        <w:rPr>
          <w:rFonts w:ascii="Verdana" w:hAnsi="Verdana"/>
        </w:rPr>
      </w:pPr>
      <w:r w:rsidRPr="006A0C53">
        <w:rPr>
          <w:rFonts w:ascii="Verdana" w:hAnsi="Verdana"/>
          <w:b/>
          <w:sz w:val="30"/>
        </w:rPr>
        <w:t>DOMANDA DI PARTECIPAZIONE ALL’ASTA IMMOBILIARE</w:t>
      </w:r>
    </w:p>
    <w:p w14:paraId="7E3D15DD" w14:textId="77777777" w:rsidR="00716D43" w:rsidRPr="006A0C53" w:rsidRDefault="00302B5F">
      <w:pPr>
        <w:jc w:val="center"/>
        <w:rPr>
          <w:rFonts w:ascii="Verdana" w:hAnsi="Verdana"/>
          <w:color w:val="FF0000"/>
        </w:rPr>
      </w:pPr>
      <w:r w:rsidRPr="006A0C53">
        <w:rPr>
          <w:rFonts w:ascii="Verdana" w:hAnsi="Verdana"/>
          <w:b/>
          <w:color w:val="FF0000"/>
        </w:rPr>
        <w:t>PARTECIPAZIONE IN SALA ASTE</w:t>
      </w:r>
    </w:p>
    <w:p w14:paraId="087CB0A8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Marca da bollo € 16,00, ove dovuta e secondo le modalità previste dal bando.</w:t>
      </w:r>
    </w:p>
    <w:p w14:paraId="3291C9C4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  <w:b/>
        </w:rPr>
        <w:t xml:space="preserve">FACSIMILE — Verificare sempre ordinanza, </w:t>
      </w:r>
      <w:r w:rsidRPr="006A0C53">
        <w:rPr>
          <w:rFonts w:ascii="Verdana" w:hAnsi="Verdana"/>
          <w:b/>
        </w:rPr>
        <w:t>avviso/bando di vendita, termini, documenti e modalità di deposito della specifica procedura.</w:t>
      </w:r>
    </w:p>
    <w:p w14:paraId="1DF6288A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1. DATI DELLA PROCEDURA</w:t>
      </w:r>
    </w:p>
    <w:p w14:paraId="077E02CA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Tribunale  ...................................................................................................</w:t>
      </w:r>
    </w:p>
    <w:p w14:paraId="083DABE5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Procedura n.  .............</w:t>
      </w:r>
      <w:r w:rsidRPr="006A0C53">
        <w:rPr>
          <w:rFonts w:ascii="Verdana" w:hAnsi="Verdana"/>
        </w:rPr>
        <w:t>......................................................................................</w:t>
      </w:r>
    </w:p>
    <w:p w14:paraId="40F81F9F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Curatore / Liquidatore / Commissario / altro referente  ...................................................................................................</w:t>
      </w:r>
    </w:p>
    <w:p w14:paraId="09E1EFC8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2. DATI DELL’</w:t>
      </w:r>
      <w:r w:rsidRPr="006A0C53">
        <w:rPr>
          <w:rFonts w:ascii="Verdana" w:hAnsi="Verdana"/>
        </w:rPr>
        <w:t>OFFERENTE</w:t>
      </w:r>
    </w:p>
    <w:p w14:paraId="3BB8770A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Nome e cognome  ...................................................................................................</w:t>
      </w:r>
    </w:p>
    <w:p w14:paraId="2EBB9AFE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Luogo e data di nascita  ...................................................................................................</w:t>
      </w:r>
    </w:p>
    <w:p w14:paraId="6E35CC60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Codic</w:t>
      </w:r>
      <w:r w:rsidRPr="006A0C53">
        <w:rPr>
          <w:rFonts w:ascii="Verdana" w:hAnsi="Verdana"/>
        </w:rPr>
        <w:t>e fiscale  ...................................................................................................</w:t>
      </w:r>
    </w:p>
    <w:p w14:paraId="20EE715E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Residenza (Comune, CAP, via e n.)  ...................................................................................................</w:t>
      </w:r>
    </w:p>
    <w:p w14:paraId="767FEB9A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 xml:space="preserve">Documento </w:t>
      </w:r>
      <w:r w:rsidRPr="006A0C53">
        <w:rPr>
          <w:rFonts w:ascii="Verdana" w:hAnsi="Verdana"/>
        </w:rPr>
        <w:t>di identità (tipo, numero, ente e data di rilascio)  ...................................................................................................</w:t>
      </w:r>
    </w:p>
    <w:p w14:paraId="247E6596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Telefono / email / PEC  ...............................................................................</w:t>
      </w:r>
      <w:r w:rsidRPr="006A0C53">
        <w:rPr>
          <w:rFonts w:ascii="Verdana" w:hAnsi="Verdana"/>
        </w:rPr>
        <w:t>....................</w:t>
      </w:r>
    </w:p>
    <w:p w14:paraId="200C0209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3. SITUAZIONE PERSONALE E RAPPRESENTANZA</w:t>
      </w:r>
    </w:p>
    <w:p w14:paraId="07B6E53F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Offerente non coniugato / regime diverso dalla comunione legale (specificare): __________________</w:t>
      </w:r>
    </w:p>
    <w:p w14:paraId="0E854A6D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Offerente coniugato in regime di comunione legale dei beni</w:t>
      </w:r>
    </w:p>
    <w:p w14:paraId="2A84F557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Coniuge: nome, cognome, luogo e</w:t>
      </w:r>
      <w:r w:rsidRPr="006A0C53">
        <w:rPr>
          <w:rFonts w:ascii="Verdana" w:hAnsi="Verdana"/>
        </w:rPr>
        <w:t xml:space="preserve"> data di nascita  ...................................................................................................</w:t>
      </w:r>
    </w:p>
    <w:p w14:paraId="49C4D7DB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Coniuge: codice fiscale, residenza e documento  ..........................................................................................</w:t>
      </w:r>
      <w:r w:rsidRPr="006A0C53">
        <w:rPr>
          <w:rFonts w:ascii="Verdana" w:hAnsi="Verdana"/>
        </w:rPr>
        <w:t>.........</w:t>
      </w:r>
    </w:p>
    <w:p w14:paraId="1F99D0D1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Coniuge: telefono, email e PEC (se disponibili)  ...................................................................................................</w:t>
      </w:r>
    </w:p>
    <w:p w14:paraId="6AEC96BF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Offerta presentata congiuntamente da più soggetti (allegare procura ove richiesta)</w:t>
      </w:r>
    </w:p>
    <w:p w14:paraId="11601FC4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Offerent</w:t>
      </w:r>
      <w:r w:rsidRPr="006A0C53">
        <w:rPr>
          <w:rFonts w:ascii="Verdana" w:hAnsi="Verdana"/>
        </w:rPr>
        <w:t>e minorenne (sottoscrizione dei genitori e autorizzazione del Giudice tutelare)</w:t>
      </w:r>
    </w:p>
    <w:p w14:paraId="2FAF57C7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Offerta per conto di società / altro soggetto rappresentato</w:t>
      </w:r>
    </w:p>
    <w:p w14:paraId="74C74242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Denominazione / ragione sociale  ................................................................................</w:t>
      </w:r>
      <w:r w:rsidRPr="006A0C53">
        <w:rPr>
          <w:rFonts w:ascii="Verdana" w:hAnsi="Verdana"/>
        </w:rPr>
        <w:t>...................</w:t>
      </w:r>
    </w:p>
    <w:p w14:paraId="1B45DD6F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Sede legale  ...................................................................................................</w:t>
      </w:r>
    </w:p>
    <w:p w14:paraId="624C9DC0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Codice fiscale / partita IVA / codice destinatario  .......................................................................</w:t>
      </w:r>
      <w:r w:rsidRPr="006A0C53">
        <w:rPr>
          <w:rFonts w:ascii="Verdana" w:hAnsi="Verdana"/>
        </w:rPr>
        <w:t>............................</w:t>
      </w:r>
    </w:p>
    <w:p w14:paraId="304CB1F5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Telefono / email / PEC  ...................................................................................................</w:t>
      </w:r>
    </w:p>
    <w:p w14:paraId="0953CA5E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 xml:space="preserve">Titolo e poteri di rappresentanza (allegare documentazione)  </w:t>
      </w:r>
      <w:r w:rsidRPr="006A0C53">
        <w:rPr>
          <w:rFonts w:ascii="Verdana" w:hAnsi="Verdana"/>
        </w:rPr>
        <w:t>...................................................................................................</w:t>
      </w:r>
    </w:p>
    <w:p w14:paraId="6E871AC3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4. DATI DELLA VENDITA E OFFERTA</w:t>
      </w:r>
    </w:p>
    <w:p w14:paraId="501AA7E5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Data e ora della vendita  ..................................................................................................</w:t>
      </w:r>
      <w:r w:rsidRPr="006A0C53">
        <w:rPr>
          <w:rFonts w:ascii="Verdana" w:hAnsi="Verdana"/>
        </w:rPr>
        <w:t>.</w:t>
      </w:r>
    </w:p>
    <w:p w14:paraId="29A7DC2D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lastRenderedPageBreak/>
        <w:t>Lotto n. / eventuali lotti alternativi, se ammessi dal bando  ...................................................................................................</w:t>
      </w:r>
    </w:p>
    <w:p w14:paraId="27B677FA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Immobile: Comune, via o località  ..........................................................</w:t>
      </w:r>
      <w:r w:rsidRPr="006A0C53">
        <w:rPr>
          <w:rFonts w:ascii="Verdana" w:hAnsi="Verdana"/>
        </w:rPr>
        <w:t>.........................................</w:t>
      </w:r>
    </w:p>
    <w:p w14:paraId="1E256C31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Importo offerto: €  ...................................................................................................</w:t>
      </w:r>
    </w:p>
    <w:p w14:paraId="1CB45A63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 xml:space="preserve">Il/La sottoscritto/a DICHIARA di voler partecipare alla vendita in sala aste sopra indicata e </w:t>
      </w:r>
      <w:r w:rsidRPr="006A0C53">
        <w:rPr>
          <w:rFonts w:ascii="Verdana" w:hAnsi="Verdana"/>
        </w:rPr>
        <w:t>formula l’offerta riportata.</w:t>
      </w:r>
    </w:p>
    <w:p w14:paraId="4DFC3F7C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5. DICHIARAZIONI DELL’OFFERENTE</w:t>
      </w:r>
    </w:p>
    <w:p w14:paraId="611C68BD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Di aver preso visione dell’ordinanza e dell’avviso/bando di vendita, nonché dell’elaborato peritale.</w:t>
      </w:r>
    </w:p>
    <w:p w14:paraId="19EAFBB2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Di essere a conoscenza delle descrizioni della perizia relative agli impianti e, nei lim</w:t>
      </w:r>
      <w:r w:rsidRPr="006A0C53">
        <w:rPr>
          <w:rFonts w:ascii="Verdana" w:hAnsi="Verdana"/>
        </w:rPr>
        <w:t>iti e secondo quanto previsto dagli atti della procedura, di dispensare la procedura dalla produzione delle certificazioni di conformità degli impianti e della certificazione/attestazione energetica, assumendo le incombenze conseguenti.</w:t>
      </w:r>
    </w:p>
    <w:p w14:paraId="66C697C1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Di esonerare la </w:t>
      </w:r>
      <w:r w:rsidRPr="006A0C53">
        <w:rPr>
          <w:rFonts w:ascii="Verdana" w:hAnsi="Verdana"/>
        </w:rPr>
        <w:t>procedura, nei limiti consentiti dalla legge e dagli atti di vendita, da responsabilità per eventuali danni derivanti dagli impianti o dall’immobile.</w:t>
      </w:r>
    </w:p>
    <w:p w14:paraId="6BB8BAE0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Di essere consapevole che la vendita avviene nello stato di fatto e di diritto in cui il bene si trova,</w:t>
      </w:r>
      <w:r w:rsidRPr="006A0C53">
        <w:rPr>
          <w:rFonts w:ascii="Verdana" w:hAnsi="Verdana"/>
        </w:rPr>
        <w:t xml:space="preserve"> con pertinenze, accessioni, ragioni, azioni e servitù attive e passive; a corpo e non a misura, senza riduzione del prezzo per differenze di misura.</w:t>
      </w:r>
    </w:p>
    <w:p w14:paraId="28E61591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Di essere consapevole che, nei termini previsti per le vendite giudiziarie e dagli atti della procedura</w:t>
      </w:r>
      <w:r w:rsidRPr="006A0C53">
        <w:rPr>
          <w:rFonts w:ascii="Verdana" w:hAnsi="Verdana"/>
        </w:rPr>
        <w:t>, non operano le ordinarie garanzie per vizi o mancanza di qualità; eventuali difformità, oneri urbanistici, catastali, impiantistici o condominiali, anche non evidenziati in perizia, non danno diritto a risarcimenti, indennità o riduzioni del prezzo nei c</w:t>
      </w:r>
      <w:r w:rsidRPr="006A0C53">
        <w:rPr>
          <w:rFonts w:ascii="Verdana" w:hAnsi="Verdana"/>
        </w:rPr>
        <w:t>asi e nei limiti previsti dalla disciplina applicabile.</w:t>
      </w:r>
    </w:p>
    <w:p w14:paraId="1DD62EA0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Di accettare le condizioni e le specifiche disposizioni contenute nel bando/avviso di vendita, che prevalgono sul presente facsimile.</w:t>
      </w:r>
    </w:p>
    <w:p w14:paraId="3CC76686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6. CAUZIONE E DOCUMENTI ALLEGATI</w:t>
      </w:r>
    </w:p>
    <w:p w14:paraId="48B4F793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Assegno/i circolare/i n. __</w:t>
      </w:r>
      <w:r w:rsidRPr="006A0C53">
        <w:rPr>
          <w:rFonts w:ascii="Verdana" w:hAnsi="Verdana"/>
        </w:rPr>
        <w:t>__ di € __________ intestato/i a __________________________</w:t>
      </w:r>
    </w:p>
    <w:p w14:paraId="618A9486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Banca emittente / filiale / percentuale cauzione  ...................................................................................................</w:t>
      </w:r>
    </w:p>
    <w:p w14:paraId="1C70B585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Bonifico, se ammesso dal bando: </w:t>
      </w:r>
      <w:r w:rsidRPr="006A0C53">
        <w:rPr>
          <w:rFonts w:ascii="Verdana" w:hAnsi="Verdana"/>
        </w:rPr>
        <w:t>riferimento operazione (TRN/CRO) __________________</w:t>
      </w:r>
    </w:p>
    <w:p w14:paraId="2AF064D1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Contabile del bonifico, se previsto</w:t>
      </w:r>
    </w:p>
    <w:p w14:paraId="635873ED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Documento di identità</w:t>
      </w:r>
    </w:p>
    <w:p w14:paraId="5364284F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Codice fiscale</w:t>
      </w:r>
    </w:p>
    <w:p w14:paraId="446B370A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Documentazione relativa allo stato civile, se richiesta</w:t>
      </w:r>
    </w:p>
    <w:p w14:paraId="602B5A64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Procura speciale / procura degli altri offerenti, ove necess</w:t>
      </w:r>
      <w:r w:rsidRPr="006A0C53">
        <w:rPr>
          <w:rFonts w:ascii="Verdana" w:hAnsi="Verdana"/>
        </w:rPr>
        <w:t>aria</w:t>
      </w:r>
    </w:p>
    <w:p w14:paraId="7A378D69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Visura camerale / prova dei poteri di rappresentanza, se pertinente</w:t>
      </w:r>
    </w:p>
    <w:p w14:paraId="4038E23E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Ulteriori documenti richiesti dal bando: ______________________________</w:t>
      </w:r>
    </w:p>
    <w:p w14:paraId="614C29FB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7. DATA E FIRMA</w:t>
      </w:r>
    </w:p>
    <w:p w14:paraId="41F36AA2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Luogo e data  ...........................................................................</w:t>
      </w:r>
      <w:r w:rsidRPr="006A0C53">
        <w:rPr>
          <w:rFonts w:ascii="Verdana" w:hAnsi="Verdana"/>
        </w:rPr>
        <w:t>........................</w:t>
      </w:r>
    </w:p>
    <w:p w14:paraId="324EAAA2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Firma dell’offerente / rappresentante  ...................................................................................................</w:t>
      </w:r>
    </w:p>
    <w:p w14:paraId="0EF4E444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ISTRUZIONI PER IL DEPOSITO — LEGGERE CON ATTENZIONE</w:t>
      </w:r>
    </w:p>
    <w:p w14:paraId="63E5CF41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 xml:space="preserve">Le offerte devono essere </w:t>
      </w:r>
      <w:r w:rsidRPr="006A0C53">
        <w:rPr>
          <w:rFonts w:ascii="Verdana" w:hAnsi="Verdana"/>
        </w:rPr>
        <w:t>depositate in busta chiusa, nel luogo e nei termini indicati dal bando, o mediante spedizione solo se espressamente ammessa. Sulla busta indicare esclusivamente le generalità di chi la presenta, il nome del curatore e la data della vendita, secondo le istr</w:t>
      </w:r>
      <w:r w:rsidRPr="006A0C53">
        <w:rPr>
          <w:rFonts w:ascii="Verdana" w:hAnsi="Verdana"/>
        </w:rPr>
        <w:t>uzioni originarie e salvo diverse disposizioni del bando. Non indicare procedura, lotto, bene od ora della vendita.</w:t>
      </w:r>
    </w:p>
    <w:p w14:paraId="024CE68E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lastRenderedPageBreak/>
        <w:t>ATTENZIONE: questo modello non sostituisce le prescrizioni della singola procedura. Prima dell’utilizzo verificare anche le dichiarazioni, l</w:t>
      </w:r>
      <w:r w:rsidRPr="006A0C53">
        <w:rPr>
          <w:rFonts w:ascii="Verdana" w:hAnsi="Verdana"/>
        </w:rPr>
        <w:t>e clausole di esonero e i documenti richiesti con il professionista incaricato.</w:t>
      </w:r>
    </w:p>
    <w:p w14:paraId="5B358550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br w:type="page"/>
      </w:r>
    </w:p>
    <w:p w14:paraId="2F4842F4" w14:textId="77777777" w:rsidR="00716D43" w:rsidRPr="006A0C53" w:rsidRDefault="00302B5F">
      <w:pPr>
        <w:jc w:val="center"/>
        <w:rPr>
          <w:rFonts w:ascii="Verdana" w:hAnsi="Verdana"/>
        </w:rPr>
      </w:pPr>
      <w:r w:rsidRPr="006A0C53">
        <w:rPr>
          <w:rFonts w:ascii="Verdana" w:hAnsi="Verdana"/>
          <w:b/>
          <w:sz w:val="22"/>
        </w:rPr>
        <w:lastRenderedPageBreak/>
        <w:t>ISTITUTO VENDITE SRL  |  ERA CASA ASTE</w:t>
      </w:r>
    </w:p>
    <w:p w14:paraId="023D62E9" w14:textId="77777777" w:rsidR="00716D43" w:rsidRPr="006A0C53" w:rsidRDefault="00302B5F">
      <w:pPr>
        <w:jc w:val="center"/>
        <w:rPr>
          <w:rFonts w:ascii="Verdana" w:hAnsi="Verdana"/>
        </w:rPr>
      </w:pPr>
      <w:r w:rsidRPr="006A0C53">
        <w:rPr>
          <w:rFonts w:ascii="Verdana" w:hAnsi="Verdana"/>
          <w:b/>
          <w:sz w:val="30"/>
        </w:rPr>
        <w:t>DOMANDA DI PARTECIPAZIONE ALL’ASTA IMMOBILIARE</w:t>
      </w:r>
    </w:p>
    <w:p w14:paraId="08083713" w14:textId="77777777" w:rsidR="00716D43" w:rsidRPr="006A0C53" w:rsidRDefault="00302B5F">
      <w:pPr>
        <w:jc w:val="center"/>
        <w:rPr>
          <w:rFonts w:ascii="Verdana" w:hAnsi="Verdana"/>
          <w:color w:val="FF0000"/>
        </w:rPr>
      </w:pPr>
      <w:r w:rsidRPr="006A0C53">
        <w:rPr>
          <w:rFonts w:ascii="Verdana" w:hAnsi="Verdana"/>
          <w:b/>
          <w:color w:val="FF0000"/>
        </w:rPr>
        <w:t>PARTECIPAZIONE ONLINE</w:t>
      </w:r>
    </w:p>
    <w:p w14:paraId="3E3590BF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 xml:space="preserve">Marca da bollo € 16,00, ove dovuta e secondo le modalità previste </w:t>
      </w:r>
      <w:r w:rsidRPr="006A0C53">
        <w:rPr>
          <w:rFonts w:ascii="Verdana" w:hAnsi="Verdana"/>
        </w:rPr>
        <w:t>dal bando.</w:t>
      </w:r>
    </w:p>
    <w:p w14:paraId="27FECCBD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  <w:b/>
        </w:rPr>
        <w:t>FACSIMILE — Verificare sempre ordinanza, avviso/bando di vendita, termini, documenti e modalità di deposito della specifica procedura.</w:t>
      </w:r>
    </w:p>
    <w:p w14:paraId="750145A6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1. DATI DELLA PROCEDURA</w:t>
      </w:r>
    </w:p>
    <w:p w14:paraId="4CD9ED16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Tribunale  ...........................................................................</w:t>
      </w:r>
      <w:r w:rsidRPr="006A0C53">
        <w:rPr>
          <w:rFonts w:ascii="Verdana" w:hAnsi="Verdana"/>
        </w:rPr>
        <w:t>........................</w:t>
      </w:r>
    </w:p>
    <w:p w14:paraId="5F694187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Procedura n.  ...................................................................................................</w:t>
      </w:r>
    </w:p>
    <w:p w14:paraId="6403BE65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Curatore / Liquidatore / Commissario / altro referente  .............................................................</w:t>
      </w:r>
      <w:r w:rsidRPr="006A0C53">
        <w:rPr>
          <w:rFonts w:ascii="Verdana" w:hAnsi="Verdana"/>
        </w:rPr>
        <w:t>......................................</w:t>
      </w:r>
    </w:p>
    <w:p w14:paraId="7EAC072C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2. DATI DELL’OFFERENTE</w:t>
      </w:r>
    </w:p>
    <w:p w14:paraId="289C2510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Nome e cognome  ...................................................................................................</w:t>
      </w:r>
    </w:p>
    <w:p w14:paraId="094696E1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Luogo e data di nascita  .....................................................</w:t>
      </w:r>
      <w:r w:rsidRPr="006A0C53">
        <w:rPr>
          <w:rFonts w:ascii="Verdana" w:hAnsi="Verdana"/>
        </w:rPr>
        <w:t>..............................................</w:t>
      </w:r>
    </w:p>
    <w:p w14:paraId="7416F4D3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Codice fiscale  ...................................................................................................</w:t>
      </w:r>
    </w:p>
    <w:p w14:paraId="2FBB409C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Residenza (Comune, CAP, via e n.)  ..........................................................</w:t>
      </w:r>
      <w:r w:rsidRPr="006A0C53">
        <w:rPr>
          <w:rFonts w:ascii="Verdana" w:hAnsi="Verdana"/>
        </w:rPr>
        <w:t>.........................................</w:t>
      </w:r>
    </w:p>
    <w:p w14:paraId="3DAA6130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Documento di identità (tipo, numero, ente e data di rilascio)  ...................................................................................................</w:t>
      </w:r>
    </w:p>
    <w:p w14:paraId="4C5F30F9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Telefono / email / PEC  ...........................</w:t>
      </w:r>
      <w:r w:rsidRPr="006A0C53">
        <w:rPr>
          <w:rFonts w:ascii="Verdana" w:hAnsi="Verdana"/>
        </w:rPr>
        <w:t>........................................................................</w:t>
      </w:r>
    </w:p>
    <w:p w14:paraId="7AE6A5AF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  <w:b/>
          <w:bCs/>
        </w:rPr>
        <w:t>Codice ID di iscrizione su www.liveaste.it (LIVEASTE</w:t>
      </w:r>
      <w:proofErr w:type="gramStart"/>
      <w:r w:rsidRPr="006A0C53">
        <w:rPr>
          <w:rFonts w:ascii="Verdana" w:hAnsi="Verdana"/>
          <w:b/>
          <w:bCs/>
        </w:rPr>
        <w:t>)</w:t>
      </w:r>
      <w:r w:rsidRPr="006A0C53">
        <w:rPr>
          <w:rFonts w:ascii="Verdana" w:hAnsi="Verdana"/>
        </w:rPr>
        <w:t xml:space="preserve">  ...................................................................................................</w:t>
      </w:r>
      <w:proofErr w:type="gramEnd"/>
    </w:p>
    <w:p w14:paraId="7D6F139F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3. SITUAZIONE PERSONALE E RA</w:t>
      </w:r>
      <w:r w:rsidRPr="006A0C53">
        <w:rPr>
          <w:rFonts w:ascii="Verdana" w:hAnsi="Verdana"/>
        </w:rPr>
        <w:t>PPRESENTANZA</w:t>
      </w:r>
    </w:p>
    <w:p w14:paraId="2950AE14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Offerente non coniugato / regime diverso dalla comunione legale (specificare): __________________</w:t>
      </w:r>
    </w:p>
    <w:p w14:paraId="1732FDB9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Offerente coniugato in regime di comunione legale dei beni</w:t>
      </w:r>
    </w:p>
    <w:p w14:paraId="1A3C6E7D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Coniuge: nome, cognome, luogo e data di nascita  ...............................</w:t>
      </w:r>
      <w:r w:rsidRPr="006A0C53">
        <w:rPr>
          <w:rFonts w:ascii="Verdana" w:hAnsi="Verdana"/>
        </w:rPr>
        <w:t>....................................................................</w:t>
      </w:r>
    </w:p>
    <w:p w14:paraId="1B676171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Coniuge: codice fiscale, residenza e documento  ...................................................................................................</w:t>
      </w:r>
    </w:p>
    <w:p w14:paraId="6811F015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Coniuge: telefono, email e PEC (se disp</w:t>
      </w:r>
      <w:r w:rsidRPr="006A0C53">
        <w:rPr>
          <w:rFonts w:ascii="Verdana" w:hAnsi="Verdana"/>
        </w:rPr>
        <w:t>onibili)  ...................................................................................................</w:t>
      </w:r>
    </w:p>
    <w:p w14:paraId="13345323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Offerta presentata congiuntamente da più soggetti (allegare procura ove richiesta)</w:t>
      </w:r>
    </w:p>
    <w:p w14:paraId="596622B5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Offerente minorenne (sottoscrizione dei genitori e </w:t>
      </w:r>
      <w:r w:rsidRPr="006A0C53">
        <w:rPr>
          <w:rFonts w:ascii="Verdana" w:hAnsi="Verdana"/>
        </w:rPr>
        <w:t>autorizzazione del Giudice tutelare)</w:t>
      </w:r>
    </w:p>
    <w:p w14:paraId="3E4E4E0C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Offerta per conto di società / altro soggetto rappresentato</w:t>
      </w:r>
    </w:p>
    <w:p w14:paraId="5D150976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Denominazione / ragione sociale  ...................................................................................................</w:t>
      </w:r>
    </w:p>
    <w:p w14:paraId="0B18CB50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Sede legale  ..........</w:t>
      </w:r>
      <w:r w:rsidRPr="006A0C53">
        <w:rPr>
          <w:rFonts w:ascii="Verdana" w:hAnsi="Verdana"/>
        </w:rPr>
        <w:t>.........................................................................................</w:t>
      </w:r>
    </w:p>
    <w:p w14:paraId="513C6E90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Codice fiscale / partita IVA / codice destinatario  ...................................................................................................</w:t>
      </w:r>
    </w:p>
    <w:p w14:paraId="166A747D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Telefono / ema</w:t>
      </w:r>
      <w:r w:rsidRPr="006A0C53">
        <w:rPr>
          <w:rFonts w:ascii="Verdana" w:hAnsi="Verdana"/>
        </w:rPr>
        <w:t>il / PEC  ...................................................................................................</w:t>
      </w:r>
    </w:p>
    <w:p w14:paraId="0D03A1A6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Titolo e poteri di rappresentanza (allegare documentazione)  .....................................................................................</w:t>
      </w:r>
      <w:r w:rsidRPr="006A0C53">
        <w:rPr>
          <w:rFonts w:ascii="Verdana" w:hAnsi="Verdana"/>
        </w:rPr>
        <w:t>..............</w:t>
      </w:r>
    </w:p>
    <w:p w14:paraId="5F5D26A8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lastRenderedPageBreak/>
        <w:t>4. DATI DELLA VENDITA E OFFERTA</w:t>
      </w:r>
    </w:p>
    <w:p w14:paraId="13A0F491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 xml:space="preserve">Data e ora della vendita  </w:t>
      </w:r>
      <w:r w:rsidRPr="006A0C53">
        <w:rPr>
          <w:rFonts w:ascii="Verdana" w:hAnsi="Verdana"/>
        </w:rPr>
        <w:t>...................................................................................................</w:t>
      </w:r>
    </w:p>
    <w:p w14:paraId="20D329FB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Lotto n. / eventuali lotti alternativi, se ammessi dal bando  ..............................................................................................</w:t>
      </w:r>
      <w:r w:rsidRPr="006A0C53">
        <w:rPr>
          <w:rFonts w:ascii="Verdana" w:hAnsi="Verdana"/>
        </w:rPr>
        <w:t>.....</w:t>
      </w:r>
    </w:p>
    <w:p w14:paraId="5FFE4AB6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Immobile: Comune, via o località  ...................................................................................................</w:t>
      </w:r>
    </w:p>
    <w:p w14:paraId="398521BA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Importo offerto: €  ................................................................................................</w:t>
      </w:r>
      <w:r w:rsidRPr="006A0C53">
        <w:rPr>
          <w:rFonts w:ascii="Verdana" w:hAnsi="Verdana"/>
        </w:rPr>
        <w:t>...</w:t>
      </w:r>
    </w:p>
    <w:p w14:paraId="436BAED7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Il/La sottoscritto/a DICHIARA di voler partecipare alla vendita online sopra indicata e formula l’offerta riportata.</w:t>
      </w:r>
    </w:p>
    <w:p w14:paraId="151F58E2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5. DICHIARAZIONI DELL’OFFERENTE</w:t>
      </w:r>
    </w:p>
    <w:p w14:paraId="6EA1835B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Di aver preso visione dell’ordinanza e dell’avviso/bando di vendita, nonché dell’elaborato peritale.</w:t>
      </w:r>
    </w:p>
    <w:p w14:paraId="45392F2C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Di essere a conoscenza delle descrizioni della perizia relative agli impianti e, nei limiti e secondo quanto previsto dagli atti della procedura, di dispensare la procedura dalla produzione delle certificazioni di conformità degli impianti e della cert</w:t>
      </w:r>
      <w:r w:rsidRPr="006A0C53">
        <w:rPr>
          <w:rFonts w:ascii="Verdana" w:hAnsi="Verdana"/>
        </w:rPr>
        <w:t>ificazione/attestazione energetica, assumendo le incombenze conseguenti.</w:t>
      </w:r>
    </w:p>
    <w:p w14:paraId="3DD3813A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Di esonerare la procedura, nei limiti consentiti dalla legge e dagli atti di vendita, da responsabilità per eventuali danni derivanti dagli impianti o dall’immobile.</w:t>
      </w:r>
    </w:p>
    <w:p w14:paraId="76116A87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Di essere c</w:t>
      </w:r>
      <w:r w:rsidRPr="006A0C53">
        <w:rPr>
          <w:rFonts w:ascii="Verdana" w:hAnsi="Verdana"/>
        </w:rPr>
        <w:t>onsapevole che la vendita avviene nello stato di fatto e di diritto in cui il bene si trova, con pertinenze, accessioni, ragioni, azioni e servitù attive e passive; a corpo e non a misura, senza riduzione del prezzo per differenze di misura.</w:t>
      </w:r>
    </w:p>
    <w:p w14:paraId="1530C2CB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Di essere c</w:t>
      </w:r>
      <w:r w:rsidRPr="006A0C53">
        <w:rPr>
          <w:rFonts w:ascii="Verdana" w:hAnsi="Verdana"/>
        </w:rPr>
        <w:t>onsapevole che, nei termini previsti per le vendite giudiziarie e dagli atti della procedura, non operano le ordinarie garanzie per vizi o mancanza di qualità; eventuali difformità, oneri urbanistici, catastali, impiantistici o condominiali, anche non evid</w:t>
      </w:r>
      <w:r w:rsidRPr="006A0C53">
        <w:rPr>
          <w:rFonts w:ascii="Verdana" w:hAnsi="Verdana"/>
        </w:rPr>
        <w:t>enziati in perizia, non danno diritto a risarcimenti, indennità o riduzioni del prezzo nei casi e nei limiti previsti dalla disciplina applicabile.</w:t>
      </w:r>
    </w:p>
    <w:p w14:paraId="0AADA211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Di accettare le condizioni e le specifiche disposizioni contenute nel bando/avviso di vendita, che preval</w:t>
      </w:r>
      <w:r w:rsidRPr="006A0C53">
        <w:rPr>
          <w:rFonts w:ascii="Verdana" w:hAnsi="Verdana"/>
        </w:rPr>
        <w:t>gono sul presente facsimile.</w:t>
      </w:r>
    </w:p>
    <w:p w14:paraId="422F221E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6. CAUZIONE E DOCUMENTI ALLEGATI</w:t>
      </w:r>
    </w:p>
    <w:p w14:paraId="253CBEBA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Assegno/i circolare/i n. ____ di € __________ intestato/i a __________________________</w:t>
      </w:r>
    </w:p>
    <w:p w14:paraId="266DB9A4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Banca emittente / filiale / percentuale cauzione  ......................................................</w:t>
      </w:r>
      <w:r w:rsidRPr="006A0C53">
        <w:rPr>
          <w:rFonts w:ascii="Verdana" w:hAnsi="Verdana"/>
        </w:rPr>
        <w:t>.............................................</w:t>
      </w:r>
    </w:p>
    <w:p w14:paraId="5A779AC6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Bonifico, se ammesso dal bando: riferimento operazione (TRN/CRO) __________________</w:t>
      </w:r>
    </w:p>
    <w:p w14:paraId="397981BC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Contabile del bonifico, se previsto</w:t>
      </w:r>
    </w:p>
    <w:p w14:paraId="0572E10B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Documento di identità</w:t>
      </w:r>
    </w:p>
    <w:p w14:paraId="23300B03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Codice fiscale</w:t>
      </w:r>
    </w:p>
    <w:p w14:paraId="0523256B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Documentazione relativa allo stato civ</w:t>
      </w:r>
      <w:r w:rsidRPr="006A0C53">
        <w:rPr>
          <w:rFonts w:ascii="Verdana" w:hAnsi="Verdana"/>
        </w:rPr>
        <w:t>ile, se richiesta</w:t>
      </w:r>
    </w:p>
    <w:p w14:paraId="305F3D9C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Procura speciale / procura degli altri offerenti, ove necessaria</w:t>
      </w:r>
    </w:p>
    <w:p w14:paraId="50CB44F1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Visura camerale / prova dei poteri di rappresentanza, se pertinente</w:t>
      </w:r>
    </w:p>
    <w:p w14:paraId="21209F07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Segoe UI Symbol" w:hAnsi="Segoe UI Symbol" w:cs="Segoe UI Symbol"/>
        </w:rPr>
        <w:t>☐</w:t>
      </w:r>
      <w:r w:rsidRPr="006A0C53">
        <w:rPr>
          <w:rFonts w:ascii="Verdana" w:hAnsi="Verdana"/>
        </w:rPr>
        <w:t xml:space="preserve">  Ulteriori documenti richiesti dal bando: </w:t>
      </w:r>
      <w:r w:rsidRPr="006A0C53">
        <w:rPr>
          <w:rFonts w:ascii="Verdana" w:hAnsi="Verdana"/>
        </w:rPr>
        <w:t>______________________________</w:t>
      </w:r>
    </w:p>
    <w:p w14:paraId="7B81A256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t>7. DATA E FIRMA</w:t>
      </w:r>
    </w:p>
    <w:p w14:paraId="373DB26E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Luogo e data  ...................................................................................................</w:t>
      </w:r>
    </w:p>
    <w:p w14:paraId="54F30319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Firma dell’offerente / rappresentante  ........................................................</w:t>
      </w:r>
      <w:r w:rsidRPr="006A0C53">
        <w:rPr>
          <w:rFonts w:ascii="Verdana" w:hAnsi="Verdana"/>
        </w:rPr>
        <w:t>...........................................</w:t>
      </w:r>
    </w:p>
    <w:p w14:paraId="09CAA775" w14:textId="77777777" w:rsidR="00716D43" w:rsidRPr="006A0C53" w:rsidRDefault="00302B5F">
      <w:pPr>
        <w:pStyle w:val="Titolo2"/>
        <w:rPr>
          <w:rFonts w:ascii="Verdana" w:hAnsi="Verdana"/>
        </w:rPr>
      </w:pPr>
      <w:r w:rsidRPr="006A0C53">
        <w:rPr>
          <w:rFonts w:ascii="Verdana" w:hAnsi="Verdana"/>
        </w:rPr>
        <w:lastRenderedPageBreak/>
        <w:t>ISTRUZIONI PER IL DEPOSITO — LEGGERE CON ATTENZIONE</w:t>
      </w:r>
    </w:p>
    <w:p w14:paraId="3E86F105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Le offerte devono essere depositate in busta chiusa, nel luogo e nei termini indicati dal bando, o mediante spedizione solo se espressamente ammessa. Sulla bust</w:t>
      </w:r>
      <w:r w:rsidRPr="006A0C53">
        <w:rPr>
          <w:rFonts w:ascii="Verdana" w:hAnsi="Verdana"/>
        </w:rPr>
        <w:t>a indicare esclusivamente le generalità di chi la presenta, il nome del curatore e la data della vendita, secondo le istruzioni originarie e salvo diverse disposizioni del bando. Non indicare procedura, lotto, bene od ora della vendita.</w:t>
      </w:r>
    </w:p>
    <w:p w14:paraId="59D92B86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Per la partecipazio</w:t>
      </w:r>
      <w:r w:rsidRPr="006A0C53">
        <w:rPr>
          <w:rFonts w:ascii="Verdana" w:hAnsi="Verdana"/>
        </w:rPr>
        <w:t>ne online, ove richiesto dal bando, riportare all’interno della busta la dicitura “PARTECIPAZIONE ON LINE” e verificare la registrazione su LiveAste e le relative istruzioni operative.</w:t>
      </w:r>
    </w:p>
    <w:p w14:paraId="7B67A44B" w14:textId="77777777" w:rsidR="00716D43" w:rsidRPr="006A0C53" w:rsidRDefault="00302B5F">
      <w:pPr>
        <w:rPr>
          <w:rFonts w:ascii="Verdana" w:hAnsi="Verdana"/>
        </w:rPr>
      </w:pPr>
      <w:r w:rsidRPr="006A0C53">
        <w:rPr>
          <w:rFonts w:ascii="Verdana" w:hAnsi="Verdana"/>
        </w:rPr>
        <w:t>ATTENZIONE: questo modello non sostituisce le prescrizioni della singol</w:t>
      </w:r>
      <w:r w:rsidRPr="006A0C53">
        <w:rPr>
          <w:rFonts w:ascii="Verdana" w:hAnsi="Verdana"/>
        </w:rPr>
        <w:t>a procedura. Prima dell’utilizzo verificare anche le dichiarazioni, le clausole di esonero e i documenti richiesti con il professionista incaricato.</w:t>
      </w:r>
    </w:p>
    <w:sectPr w:rsidR="00716D43" w:rsidRPr="006A0C53" w:rsidSect="00034616">
      <w:footerReference w:type="default" r:id="rId8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CF97C" w14:textId="77777777" w:rsidR="00302B5F" w:rsidRDefault="00302B5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827A735" w14:textId="77777777" w:rsidR="00302B5F" w:rsidRDefault="00302B5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F685B" w14:textId="77777777" w:rsidR="00716D43" w:rsidRDefault="00302B5F">
    <w:pPr>
      <w:pStyle w:val="Pidipagina"/>
      <w:rPr>
        <w:rFonts w:hint="eastAsia"/>
      </w:rPr>
    </w:pPr>
    <w:r>
      <w:t>ISTITUTO VENDITE SRL — ERA CASA ASTE  |  Facsimile da adattare al bando della singola vend</w:t>
    </w:r>
    <w:r>
      <w:t>ita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7939C" w14:textId="77777777" w:rsidR="00302B5F" w:rsidRDefault="00302B5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68EAFF3" w14:textId="77777777" w:rsidR="00302B5F" w:rsidRDefault="00302B5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2B5F"/>
    <w:rsid w:val="00326F90"/>
    <w:rsid w:val="006A0C53"/>
    <w:rsid w:val="00716D4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35C1DD"/>
  <w14:defaultImageDpi w14:val="300"/>
  <w15:docId w15:val="{1D2B4282-B07E-4F79-BD12-F1CBB8D5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84D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84D"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84D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2111</Words>
  <Characters>12038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Gioielli</cp:lastModifiedBy>
  <cp:revision>2</cp:revision>
  <dcterms:created xsi:type="dcterms:W3CDTF">2026-10-21T07:06:00Z</dcterms:created>
  <dcterms:modified xsi:type="dcterms:W3CDTF">2026-10-21T07:06:00Z</dcterms:modified>
  <cp:category/>
</cp:coreProperties>
</file>